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062033"/>
          <w:sz w:val="44"/>
        </w:rPr>
        <w:t>MacroDivers Admin Backup and Restore Guide</w:t>
      </w:r>
    </w:p>
    <w:p>
      <w:pPr>
        <w:spacing w:after="280"/>
      </w:pPr>
      <w:r>
        <w:rPr>
          <w:rFonts w:ascii="Calibri" w:hAnsi="Calibri"/>
          <w:b w:val="0"/>
          <w:color w:val="5D6D7A"/>
          <w:sz w:val="22"/>
        </w:rPr>
        <w:t>Nudibranch D1 database, JSON export, R2 photo files and website code</w:t>
      </w:r>
    </w:p>
    <w:p>
      <w:pPr>
        <w:pStyle w:val="Heading1"/>
      </w:pPr>
      <w:r>
        <w:rPr>
          <w:rFonts w:ascii="Calibri" w:hAnsi="Calibri"/>
          <w:color w:val="0B5367"/>
        </w:rPr>
        <w:t>What This Protects</w:t>
      </w:r>
    </w:p>
    <w:p>
      <w:pPr>
        <w:spacing w:after="120"/>
      </w:pPr>
      <w:r>
        <w:rPr>
          <w:rFonts w:ascii="Calibri" w:hAnsi="Calibri"/>
          <w:b w:val="0"/>
          <w:sz w:val="22"/>
        </w:rPr>
        <w:t>This guide explains how to back up and restore the MacroDivers nudibranch admin data and website files.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Cloudflare D1 database: species records, sightings, photo metadata, dropdowns and audit log.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JSON export: a readable backup of the nudibranch records.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Cloudflare R2 photos: the WebP main images and thumbnails.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Website and Worker code: the files in the local macrodivers-website project and GitHub.</w:t>
      </w:r>
    </w:p>
    <w:p>
      <w:pPr>
        <w:pStyle w:val="Heading1"/>
      </w:pPr>
      <w:r>
        <w:rPr>
          <w:rFonts w:ascii="Calibri" w:hAnsi="Calibri"/>
          <w:color w:val="0B5367"/>
        </w:rPr>
        <w:t>Quick Backup From Di's Admin Screen</w:t>
      </w:r>
    </w:p>
    <w:p>
      <w:pPr>
        <w:spacing w:after="120"/>
      </w:pPr>
      <w:r>
        <w:rPr>
          <w:rFonts w:ascii="Calibri" w:hAnsi="Calibri"/>
          <w:b w:val="0"/>
          <w:sz w:val="22"/>
        </w:rPr>
        <w:t>On the admin page, use the buttons under D1 and R2 workflow.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Export nudibranchs.json: downloads the readable JSON backup.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Export D1 SQL: downloads a SQL database backup.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Export R2 photo list: downloads a list of R2 photo objects and URLs.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Download R2 WebP photos: downloads each WebP photo file to the browser Downloads folder.</w:t>
      </w:r>
    </w:p>
    <w:p>
      <w:pPr>
        <w:spacing w:after="120"/>
      </w:pPr>
      <w:r>
        <w:rPr>
          <w:rFonts w:ascii="Calibri" w:hAnsi="Calibri"/>
          <w:b w:val="0"/>
          <w:sz w:val="22"/>
        </w:rPr>
        <w:t>Browser downloads usually go to the normal Downloads folder. The browser may ask permission to allow multiple WebP downloads.</w:t>
      </w:r>
    </w:p>
    <w:p>
      <w:pPr>
        <w:pStyle w:val="Heading1"/>
      </w:pPr>
      <w:r>
        <w:rPr>
          <w:rFonts w:ascii="Calibri" w:hAnsi="Calibri"/>
          <w:color w:val="0B5367"/>
        </w:rPr>
        <w:t>Full Local Backup</w:t>
      </w:r>
    </w:p>
    <w:p>
      <w:pPr>
        <w:spacing w:after="120"/>
      </w:pPr>
      <w:r>
        <w:rPr>
          <w:rFonts w:ascii="Calibri" w:hAnsi="Calibri"/>
          <w:b w:val="0"/>
          <w:sz w:val="22"/>
        </w:rPr>
        <w:t>The full local backup is the best routine backup because it creates one timestamped folder containing the SQL, JSON, R2 manifest and actual WebP files.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Open PowerShell.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Go to the website folder:</w:t>
      </w:r>
    </w:p>
    <w:p>
      <w:pPr>
        <w:spacing w:before="40" w:after="160"/>
        <w:ind w:left="360"/>
      </w:pPr>
      <w:r>
        <w:rPr>
          <w:rFonts w:ascii="Consolas" w:hAnsi="Consolas"/>
          <w:color w:val="1F2933"/>
          <w:sz w:val="19"/>
        </w:rPr>
        <w:t>cd "C:\Users\photo\Desktop\macrodivers-website"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Run the backup command:</w:t>
      </w:r>
    </w:p>
    <w:p>
      <w:pPr>
        <w:spacing w:before="40" w:after="160"/>
        <w:ind w:left="360"/>
      </w:pPr>
      <w:r>
        <w:rPr>
          <w:rFonts w:ascii="Consolas" w:hAnsi="Consolas"/>
          <w:color w:val="1F2933"/>
          <w:sz w:val="19"/>
        </w:rPr>
        <w:t>cmd /c npm run backup:admin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Enter the MacroDivers admin password when asked.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Wait until PowerShell says Backup complete.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Copy the newest backup folder to an external drive or cloud storage.</w:t>
      </w:r>
    </w:p>
    <w:p>
      <w:pPr>
        <w:pStyle w:val="Heading1"/>
      </w:pPr>
      <w:r>
        <w:rPr>
          <w:rFonts w:ascii="Calibri" w:hAnsi="Calibri"/>
          <w:color w:val="0B5367"/>
        </w:rPr>
        <w:t>Where Local Backups Are Stored</w:t>
      </w:r>
    </w:p>
    <w:p>
      <w:pPr>
        <w:spacing w:after="120"/>
      </w:pPr>
      <w:r>
        <w:rPr>
          <w:rFonts w:ascii="Calibri" w:hAnsi="Calibri"/>
          <w:b w:val="0"/>
          <w:sz w:val="22"/>
        </w:rPr>
        <w:t>Each run creates a timestamped folder here:</w:t>
      </w:r>
    </w:p>
    <w:p>
      <w:pPr>
        <w:spacing w:before="40" w:after="160"/>
        <w:ind w:left="360"/>
      </w:pPr>
      <w:r>
        <w:rPr>
          <w:rFonts w:ascii="Consolas" w:hAnsi="Consolas"/>
          <w:color w:val="1F2933"/>
          <w:sz w:val="19"/>
        </w:rPr>
        <w:t>C:\Users\photo\Desktop\macrodivers-website\backups\YYYYMMDD-HHMMSS\</w:t>
      </w:r>
    </w:p>
    <w:p>
      <w:pPr>
        <w:spacing w:after="120"/>
      </w:pPr>
      <w:r>
        <w:rPr>
          <w:rFonts w:ascii="Calibri" w:hAnsi="Calibri"/>
          <w:b w:val="0"/>
          <w:sz w:val="22"/>
        </w:rPr>
        <w:t>Each backup folder contains: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macrodivers-d1.sql: full D1 SQL database backup.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nudibranchs.json: readable admin JSON export.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r2-photos-manifest.json: list of R2 photo objects and URLs.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r2-species-images\: local copy of the R2 WebP photo files.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backup-summary.json: summary of the backup run.</w:t>
      </w:r>
    </w:p>
    <w:p>
      <w:pPr>
        <w:pStyle w:val="Heading1"/>
      </w:pPr>
      <w:r>
        <w:rPr>
          <w:rFonts w:ascii="Calibri" w:hAnsi="Calibri"/>
          <w:color w:val="0B5367"/>
        </w:rPr>
        <w:t>Backup The Website Pages And Code</w:t>
      </w:r>
    </w:p>
    <w:p>
      <w:pPr>
        <w:spacing w:after="120"/>
      </w:pPr>
      <w:r>
        <w:rPr>
          <w:rFonts w:ascii="Calibri" w:hAnsi="Calibri"/>
          <w:b w:val="0"/>
          <w:sz w:val="22"/>
        </w:rPr>
        <w:t>The website pages and admin Worker source are backed up through GitHub Desktop.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Open GitHub Desktop.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Select the macrodivers-website repository.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Review the changed files.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Enter a clear summary, for example Backup latest admin and website changes.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Click Commit to main.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Click Push origin.</w:t>
      </w:r>
    </w:p>
    <w:p>
      <w:pPr>
        <w:pStyle w:val="Heading1"/>
      </w:pPr>
      <w:r>
        <w:rPr>
          <w:rFonts w:ascii="Calibri" w:hAnsi="Calibri"/>
          <w:color w:val="0B5367"/>
        </w:rPr>
        <w:t>Restore Website Pages And Worker Code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Open GitHub Desktop and clone or pull the macrodivers-website repository.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Open PowerShell in the project folder.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Install dependencies if needed:</w:t>
      </w:r>
    </w:p>
    <w:p>
      <w:pPr>
        <w:spacing w:before="40" w:after="160"/>
        <w:ind w:left="360"/>
      </w:pPr>
      <w:r>
        <w:rPr>
          <w:rFonts w:ascii="Consolas" w:hAnsi="Consolas"/>
          <w:color w:val="1F2933"/>
          <w:sz w:val="19"/>
        </w:rPr>
        <w:t>cmd /c npm install</w:t>
      </w:r>
    </w:p>
    <w:p>
      <w:pPr>
        <w:pStyle w:val="ListNumber"/>
        <w:spacing w:after="60"/>
      </w:pPr>
      <w:r>
        <w:rPr>
          <w:rFonts w:ascii="Calibri" w:hAnsi="Calibri"/>
          <w:b w:val="0"/>
          <w:sz w:val="22"/>
        </w:rPr>
        <w:t>Deploy the admin Worker:</w:t>
      </w:r>
    </w:p>
    <w:p>
      <w:pPr>
        <w:spacing w:before="40" w:after="160"/>
        <w:ind w:left="360"/>
      </w:pPr>
      <w:r>
        <w:rPr>
          <w:rFonts w:ascii="Consolas" w:hAnsi="Consolas"/>
          <w:color w:val="1F2933"/>
          <w:sz w:val="19"/>
        </w:rPr>
        <w:t>cmd /c npm run deploy:admin</w:t>
      </w:r>
    </w:p>
    <w:p>
      <w:pPr>
        <w:pStyle w:val="Heading1"/>
      </w:pPr>
      <w:r>
        <w:rPr>
          <w:rFonts w:ascii="Calibri" w:hAnsi="Calibri"/>
          <w:color w:val="0B5367"/>
        </w:rPr>
        <w:t>Restore D1 Database</w:t>
      </w:r>
    </w:p>
    <w:p>
      <w:pPr>
        <w:spacing w:after="120"/>
      </w:pPr>
      <w:r>
        <w:rPr>
          <w:rFonts w:ascii="Calibri" w:hAnsi="Calibri"/>
          <w:b w:val="0"/>
          <w:sz w:val="22"/>
        </w:rPr>
        <w:t>Use the SQL file from the timestamped backup folder. Replace YYYYMMDD-HHMMSS with the actual backup folder name.</w:t>
      </w:r>
    </w:p>
    <w:p>
      <w:pPr>
        <w:spacing w:before="40" w:after="160"/>
        <w:ind w:left="360"/>
      </w:pPr>
      <w:r>
        <w:rPr>
          <w:rFonts w:ascii="Consolas" w:hAnsi="Consolas"/>
          <w:color w:val="1F2933"/>
          <w:sz w:val="19"/>
        </w:rPr>
        <w:t>cd "C:\Users\photo\Desktop\macrodivers-website"</w:t>
      </w:r>
    </w:p>
    <w:p>
      <w:pPr>
        <w:spacing w:before="40" w:after="160"/>
        <w:ind w:left="360"/>
      </w:pPr>
      <w:r>
        <w:rPr>
          <w:rFonts w:ascii="Consolas" w:hAnsi="Consolas"/>
          <w:color w:val="1F2933"/>
          <w:sz w:val="19"/>
        </w:rPr>
        <w:t>cmd /c npx wrangler d1 execute macrodivers-nudibranch-admin --remote --file "backups\YYYYMMDD-HHMMSS\macrodivers-d1.sql"</w:t>
      </w:r>
    </w:p>
    <w:p>
      <w:pPr>
        <w:pStyle w:val="Heading1"/>
      </w:pPr>
      <w:r>
        <w:rPr>
          <w:rFonts w:ascii="Calibri" w:hAnsi="Calibri"/>
          <w:color w:val="0B5367"/>
        </w:rPr>
        <w:t>Restore R2 Photos</w:t>
      </w:r>
    </w:p>
    <w:p>
      <w:pPr>
        <w:spacing w:after="120"/>
      </w:pPr>
      <w:r>
        <w:rPr>
          <w:rFonts w:ascii="Calibri" w:hAnsi="Calibri"/>
          <w:b w:val="0"/>
          <w:sz w:val="22"/>
        </w:rPr>
        <w:t>The photo files are stored in the backup folder below. If R2 ever needs restoring, upload these files back to the same object keys.</w:t>
      </w:r>
    </w:p>
    <w:p>
      <w:pPr>
        <w:spacing w:before="40" w:after="160"/>
        <w:ind w:left="360"/>
      </w:pPr>
      <w:r>
        <w:rPr>
          <w:rFonts w:ascii="Consolas" w:hAnsi="Consolas"/>
          <w:color w:val="1F2933"/>
          <w:sz w:val="19"/>
        </w:rPr>
        <w:t>backups\YYYYMMDD-HHMMSS\r2-species-images\</w:t>
      </w:r>
    </w:p>
    <w:p>
      <w:pPr>
        <w:spacing w:after="120"/>
      </w:pPr>
      <w:r>
        <w:rPr>
          <w:rFonts w:ascii="Calibri" w:hAnsi="Calibri"/>
          <w:b w:val="0"/>
          <w:sz w:val="22"/>
        </w:rPr>
        <w:t>A matching restore script can be added later if needed. Until then, keep the backup folder intact because the folder structure preserves the R2 object paths.</w:t>
      </w:r>
    </w:p>
    <w:p>
      <w:pPr>
        <w:pStyle w:val="Heading1"/>
      </w:pPr>
      <w:r>
        <w:rPr>
          <w:rFonts w:ascii="Calibri" w:hAnsi="Calibri"/>
          <w:color w:val="0B5367"/>
        </w:rPr>
        <w:t>Recommended Routine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Run the full local backup after any major admin/database session.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Commit and push website/admin code changes with GitHub Desktop.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Copy the newest backups folder to an external drive or cloud storage.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2"/>
        </w:rPr>
        <w:t>Do not commit the backups folder to GitHub. It is intentionally ignored by .gitignore.</w:t>
      </w:r>
    </w:p>
    <w:sectPr w:rsidR="00FC693F" w:rsidRPr="0006063C" w:rsidSect="00034616">
      <w:footerReference w:type="default" r:id="rId9"/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5D6D7A"/>
        <w:sz w:val="18"/>
      </w:rPr>
      <w:t>MacroDivers admin backup guide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